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FD3D6" w14:textId="74001F76" w:rsidR="00CF5ED4" w:rsidRDefault="00DD1FAC">
      <w:pPr>
        <w:jc w:val="center"/>
      </w:pPr>
      <w:r>
        <w:rPr>
          <w:sz w:val="20"/>
        </w:rPr>
        <w:t xml:space="preserve">Achievement 31 Day Discovery Table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2948"/>
        <w:gridCol w:w="2948"/>
        <w:gridCol w:w="2948"/>
        <w:gridCol w:w="2948"/>
      </w:tblGrid>
      <w:tr w:rsidR="00CF5ED4" w14:paraId="2300861D" w14:textId="77777777">
        <w:trPr>
          <w:trHeight w:hRule="exact" w:val="312"/>
          <w:jc w:val="center"/>
        </w:trPr>
        <w:tc>
          <w:tcPr>
            <w:tcW w:w="113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shd w:val="clear" w:color="auto" w:fill="B7B7B7"/>
            <w:vAlign w:val="center"/>
          </w:tcPr>
          <w:p w14:paraId="75BE7761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DAYS</w:t>
            </w:r>
          </w:p>
        </w:tc>
        <w:tc>
          <w:tcPr>
            <w:tcW w:w="2948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shd w:val="clear" w:color="auto" w:fill="B7B7B7"/>
            <w:vAlign w:val="center"/>
          </w:tcPr>
          <w:p w14:paraId="26F6BEBF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STORY</w:t>
            </w:r>
          </w:p>
        </w:tc>
        <w:tc>
          <w:tcPr>
            <w:tcW w:w="2948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shd w:val="clear" w:color="auto" w:fill="B7B7B7"/>
            <w:vAlign w:val="center"/>
          </w:tcPr>
          <w:p w14:paraId="63007EA0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TITLE</w:t>
            </w:r>
          </w:p>
        </w:tc>
        <w:tc>
          <w:tcPr>
            <w:tcW w:w="2948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shd w:val="clear" w:color="auto" w:fill="B7B7B7"/>
            <w:vAlign w:val="center"/>
          </w:tcPr>
          <w:p w14:paraId="2506A6C7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RESULT</w:t>
            </w:r>
          </w:p>
        </w:tc>
        <w:tc>
          <w:tcPr>
            <w:tcW w:w="2948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shd w:val="clear" w:color="auto" w:fill="B7B7B7"/>
            <w:vAlign w:val="center"/>
          </w:tcPr>
          <w:p w14:paraId="0B38F44B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CHALLENGE</w:t>
            </w:r>
          </w:p>
        </w:tc>
      </w:tr>
      <w:tr w:rsidR="00CF5ED4" w14:paraId="7F068030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6625C818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27A3E73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6BA93AD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EC01BC8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AF68985" w14:textId="77777777" w:rsidR="00CF5ED4" w:rsidRDefault="00CF5ED4">
            <w:pPr>
              <w:spacing w:after="0"/>
            </w:pPr>
          </w:p>
        </w:tc>
      </w:tr>
      <w:tr w:rsidR="00CF5ED4" w14:paraId="758D2DAB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3770BF94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B725A44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CFDEA2C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40D8368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5771C7F" w14:textId="77777777" w:rsidR="00CF5ED4" w:rsidRDefault="00CF5ED4">
            <w:pPr>
              <w:spacing w:after="0"/>
            </w:pPr>
          </w:p>
        </w:tc>
      </w:tr>
      <w:tr w:rsidR="00CF5ED4" w14:paraId="338D642E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441DEAF0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ACACFBB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1900AE7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DFF352E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2A809D0" w14:textId="77777777" w:rsidR="00CF5ED4" w:rsidRDefault="00CF5ED4">
            <w:pPr>
              <w:spacing w:after="0"/>
            </w:pPr>
          </w:p>
        </w:tc>
      </w:tr>
      <w:tr w:rsidR="00CF5ED4" w14:paraId="68DE7457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5248F6AD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42C2D01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DC75741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36B34ED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2DA398B" w14:textId="77777777" w:rsidR="00CF5ED4" w:rsidRDefault="00CF5ED4">
            <w:pPr>
              <w:spacing w:after="0"/>
            </w:pPr>
          </w:p>
        </w:tc>
      </w:tr>
      <w:tr w:rsidR="00CF5ED4" w14:paraId="4F9E4877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39222E8F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F60EE93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4AD7A4E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E39FABF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1554754" w14:textId="77777777" w:rsidR="00CF5ED4" w:rsidRDefault="00CF5ED4">
            <w:pPr>
              <w:spacing w:after="0"/>
            </w:pPr>
          </w:p>
        </w:tc>
      </w:tr>
      <w:tr w:rsidR="00CF5ED4" w14:paraId="7FFCDEFA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064EED1A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CEAB931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3CF4FDC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3379A90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7317907" w14:textId="77777777" w:rsidR="00CF5ED4" w:rsidRDefault="00CF5ED4">
            <w:pPr>
              <w:spacing w:after="0"/>
            </w:pPr>
          </w:p>
        </w:tc>
      </w:tr>
      <w:tr w:rsidR="00CF5ED4" w14:paraId="50D3CAF8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23030A11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6A601B9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99CDDFC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1FD0D33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3F032A6" w14:textId="77777777" w:rsidR="00CF5ED4" w:rsidRDefault="00CF5ED4">
            <w:pPr>
              <w:spacing w:after="0"/>
            </w:pPr>
          </w:p>
        </w:tc>
      </w:tr>
      <w:tr w:rsidR="00CF5ED4" w14:paraId="31DF2BF6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681E5C91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FD203A9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6E35431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A21C7EC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CFF86B2" w14:textId="77777777" w:rsidR="00CF5ED4" w:rsidRDefault="00CF5ED4">
            <w:pPr>
              <w:spacing w:after="0"/>
            </w:pPr>
          </w:p>
        </w:tc>
      </w:tr>
      <w:tr w:rsidR="00CF5ED4" w14:paraId="290F673D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59A65947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DBBDB9F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0AE55302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AAE2AF4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6B28119" w14:textId="77777777" w:rsidR="00CF5ED4" w:rsidRDefault="00CF5ED4">
            <w:pPr>
              <w:spacing w:after="0"/>
            </w:pPr>
          </w:p>
        </w:tc>
      </w:tr>
      <w:tr w:rsidR="00CF5ED4" w14:paraId="55E10DE3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4EF849C1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6324C9A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2B18177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EC0A40D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F6236E6" w14:textId="77777777" w:rsidR="00CF5ED4" w:rsidRDefault="00CF5ED4">
            <w:pPr>
              <w:spacing w:after="0"/>
            </w:pPr>
          </w:p>
        </w:tc>
      </w:tr>
      <w:tr w:rsidR="00CF5ED4" w14:paraId="5AC2F7F9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35DEB2BB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B7B6DAD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092B531A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E1FCA56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04A2206F" w14:textId="77777777" w:rsidR="00CF5ED4" w:rsidRDefault="00CF5ED4">
            <w:pPr>
              <w:spacing w:after="0"/>
            </w:pPr>
          </w:p>
        </w:tc>
      </w:tr>
      <w:tr w:rsidR="00CF5ED4" w14:paraId="5FB7A781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04AFE766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B4CE2A8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FA0467B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2BCDBD6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24A8405" w14:textId="77777777" w:rsidR="00CF5ED4" w:rsidRDefault="00CF5ED4">
            <w:pPr>
              <w:spacing w:after="0"/>
            </w:pPr>
          </w:p>
        </w:tc>
      </w:tr>
      <w:tr w:rsidR="00CF5ED4" w14:paraId="7F1752F0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23A1EB16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5C48210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EBE55D6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6EFCB28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851A442" w14:textId="77777777" w:rsidR="00CF5ED4" w:rsidRDefault="00CF5ED4">
            <w:pPr>
              <w:spacing w:after="0"/>
            </w:pPr>
          </w:p>
        </w:tc>
      </w:tr>
      <w:tr w:rsidR="00CF5ED4" w14:paraId="5203CF36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3CD5AEA9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C9A4B67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64BAF97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09C39C0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4606B5F" w14:textId="77777777" w:rsidR="00CF5ED4" w:rsidRDefault="00CF5ED4">
            <w:pPr>
              <w:spacing w:after="0"/>
            </w:pPr>
          </w:p>
        </w:tc>
      </w:tr>
      <w:tr w:rsidR="00CF5ED4" w14:paraId="5D0F0F6A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77313131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5391831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A61DF26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7BA9C5B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D0D29F2" w14:textId="77777777" w:rsidR="00CF5ED4" w:rsidRDefault="00CF5ED4">
            <w:pPr>
              <w:spacing w:after="0"/>
            </w:pPr>
          </w:p>
        </w:tc>
      </w:tr>
      <w:tr w:rsidR="00CF5ED4" w14:paraId="6F7EF732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25CF41EE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16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B211AEF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01303A3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47F62A0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5F768DF" w14:textId="77777777" w:rsidR="00CF5ED4" w:rsidRDefault="00CF5ED4">
            <w:pPr>
              <w:spacing w:after="0"/>
            </w:pPr>
          </w:p>
        </w:tc>
      </w:tr>
      <w:tr w:rsidR="00CF5ED4" w14:paraId="466EA478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74DE1E3D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17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083B0BB7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C3D2134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02FAACC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FB824F5" w14:textId="77777777" w:rsidR="00CF5ED4" w:rsidRDefault="00CF5ED4">
            <w:pPr>
              <w:spacing w:after="0"/>
            </w:pPr>
          </w:p>
        </w:tc>
      </w:tr>
      <w:tr w:rsidR="00CF5ED4" w14:paraId="4F60E091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1DA864CA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18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02F6103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4A9A2CF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AD79632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BA9E271" w14:textId="77777777" w:rsidR="00CF5ED4" w:rsidRDefault="00CF5ED4">
            <w:pPr>
              <w:spacing w:after="0"/>
            </w:pPr>
          </w:p>
        </w:tc>
      </w:tr>
      <w:tr w:rsidR="00CF5ED4" w14:paraId="4D932BB9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5293FA82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19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1FE3348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00213C4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ABD3266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74357FB" w14:textId="77777777" w:rsidR="00CF5ED4" w:rsidRDefault="00CF5ED4">
            <w:pPr>
              <w:spacing w:after="0"/>
            </w:pPr>
          </w:p>
        </w:tc>
      </w:tr>
      <w:tr w:rsidR="00CF5ED4" w14:paraId="4BC01FCF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2201357F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36E0216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E52BB44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6E6FF29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6D7B177" w14:textId="77777777" w:rsidR="00CF5ED4" w:rsidRDefault="00CF5ED4">
            <w:pPr>
              <w:spacing w:after="0"/>
            </w:pPr>
          </w:p>
        </w:tc>
      </w:tr>
      <w:tr w:rsidR="00CF5ED4" w14:paraId="1FABB993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24913286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21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14C0EDA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0DE2A8AD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B6DA27B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7FF13E9" w14:textId="77777777" w:rsidR="00CF5ED4" w:rsidRDefault="00CF5ED4">
            <w:pPr>
              <w:spacing w:after="0"/>
            </w:pPr>
          </w:p>
        </w:tc>
      </w:tr>
      <w:tr w:rsidR="00CF5ED4" w14:paraId="0994A466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19FAED68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22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A7280AD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5BF5B25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9185C4E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699E936" w14:textId="77777777" w:rsidR="00CF5ED4" w:rsidRDefault="00CF5ED4">
            <w:pPr>
              <w:spacing w:after="0"/>
            </w:pPr>
          </w:p>
        </w:tc>
      </w:tr>
      <w:tr w:rsidR="00CF5ED4" w14:paraId="71DD690C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26738033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23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809DF46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DC7437D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075020E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3DC9F6F" w14:textId="77777777" w:rsidR="00CF5ED4" w:rsidRDefault="00CF5ED4">
            <w:pPr>
              <w:spacing w:after="0"/>
            </w:pPr>
          </w:p>
        </w:tc>
      </w:tr>
      <w:tr w:rsidR="00CF5ED4" w14:paraId="304F5269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5613D7C9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24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24A1F8C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00A91C6C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2B4178D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01F85E89" w14:textId="77777777" w:rsidR="00CF5ED4" w:rsidRDefault="00CF5ED4">
            <w:pPr>
              <w:spacing w:after="0"/>
            </w:pPr>
          </w:p>
        </w:tc>
      </w:tr>
      <w:tr w:rsidR="00CF5ED4" w14:paraId="63BFFF80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6E19592A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D7E9AFD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D0CCA21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EB3353F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C0E82E2" w14:textId="77777777" w:rsidR="00CF5ED4" w:rsidRDefault="00CF5ED4">
            <w:pPr>
              <w:spacing w:after="0"/>
            </w:pPr>
          </w:p>
        </w:tc>
      </w:tr>
      <w:tr w:rsidR="00CF5ED4" w14:paraId="220654BD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57B9C4D0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26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0CC04E4F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888F202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8B9113D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ED73B2E" w14:textId="77777777" w:rsidR="00CF5ED4" w:rsidRDefault="00CF5ED4">
            <w:pPr>
              <w:spacing w:after="0"/>
            </w:pPr>
          </w:p>
        </w:tc>
      </w:tr>
      <w:tr w:rsidR="00CF5ED4" w14:paraId="0DE2219D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67EDA868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27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3627E24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48DF52F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503D834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F8A0B59" w14:textId="77777777" w:rsidR="00CF5ED4" w:rsidRDefault="00CF5ED4">
            <w:pPr>
              <w:spacing w:after="0"/>
            </w:pPr>
          </w:p>
        </w:tc>
      </w:tr>
      <w:tr w:rsidR="00CF5ED4" w14:paraId="59734753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37303411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28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F4A3436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CC1D2C2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2BF3FD4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E00A2D2" w14:textId="77777777" w:rsidR="00CF5ED4" w:rsidRDefault="00CF5ED4">
            <w:pPr>
              <w:spacing w:after="0"/>
            </w:pPr>
          </w:p>
        </w:tc>
      </w:tr>
      <w:tr w:rsidR="00CF5ED4" w14:paraId="3B7E9F89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368430B7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29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084DB619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284F99DA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10CDFF96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9D2EA98" w14:textId="77777777" w:rsidR="00CF5ED4" w:rsidRDefault="00CF5ED4">
            <w:pPr>
              <w:spacing w:after="0"/>
            </w:pPr>
          </w:p>
        </w:tc>
      </w:tr>
      <w:tr w:rsidR="00CF5ED4" w14:paraId="71A8DD73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03BB2E34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30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EE835CA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6D64695C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02AEC9A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49C3A54A" w14:textId="77777777" w:rsidR="00CF5ED4" w:rsidRDefault="00CF5ED4">
            <w:pPr>
              <w:spacing w:after="0"/>
            </w:pPr>
          </w:p>
        </w:tc>
      </w:tr>
      <w:tr w:rsidR="00CF5ED4" w14:paraId="5022C214" w14:textId="77777777">
        <w:trPr>
          <w:trHeight w:hRule="exact" w:val="272"/>
          <w:jc w:val="center"/>
        </w:trPr>
        <w:tc>
          <w:tcPr>
            <w:tcW w:w="113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D9D9"/>
            <w:vAlign w:val="center"/>
          </w:tcPr>
          <w:p w14:paraId="76446F3F" w14:textId="77777777" w:rsidR="00CF5ED4" w:rsidRDefault="00D26C03">
            <w:pPr>
              <w:spacing w:after="0"/>
              <w:jc w:val="center"/>
            </w:pPr>
            <w:r>
              <w:rPr>
                <w:b/>
                <w:sz w:val="16"/>
              </w:rPr>
              <w:t>31</w:t>
            </w: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A6CC86F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7A523099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3E1F5B76" w14:textId="77777777" w:rsidR="00CF5ED4" w:rsidRDefault="00CF5ED4">
            <w:pPr>
              <w:spacing w:after="0"/>
            </w:pPr>
          </w:p>
        </w:tc>
        <w:tc>
          <w:tcPr>
            <w:tcW w:w="294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vAlign w:val="center"/>
          </w:tcPr>
          <w:p w14:paraId="54049DB3" w14:textId="77777777" w:rsidR="00CF5ED4" w:rsidRDefault="00CF5ED4">
            <w:pPr>
              <w:spacing w:after="0"/>
            </w:pPr>
          </w:p>
        </w:tc>
      </w:tr>
    </w:tbl>
    <w:p w14:paraId="607C623D" w14:textId="77777777" w:rsidR="00D26C03" w:rsidRDefault="00D26C03"/>
    <w:sectPr w:rsidR="00D26C03" w:rsidSect="00034616">
      <w:footerReference w:type="default" r:id="rId8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071EC" w14:textId="77777777" w:rsidR="00D26C03" w:rsidRDefault="00D26C03">
      <w:pPr>
        <w:spacing w:after="0" w:line="240" w:lineRule="auto"/>
      </w:pPr>
      <w:r>
        <w:separator/>
      </w:r>
    </w:p>
  </w:endnote>
  <w:endnote w:type="continuationSeparator" w:id="0">
    <w:p w14:paraId="55839866" w14:textId="77777777" w:rsidR="00D26C03" w:rsidRDefault="00D26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63898" w14:textId="77777777" w:rsidR="00CF5ED4" w:rsidRDefault="00D26C03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CDD30" w14:textId="77777777" w:rsidR="00D26C03" w:rsidRDefault="00D26C03">
      <w:pPr>
        <w:spacing w:after="0" w:line="240" w:lineRule="auto"/>
      </w:pPr>
      <w:r>
        <w:separator/>
      </w:r>
    </w:p>
  </w:footnote>
  <w:footnote w:type="continuationSeparator" w:id="0">
    <w:p w14:paraId="1ACEDB8A" w14:textId="77777777" w:rsidR="00D26C03" w:rsidRDefault="00D26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F5ED4"/>
    <w:rsid w:val="00D26C03"/>
    <w:rsid w:val="00DD1F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8089A"/>
  <w14:defaultImageDpi w14:val="300"/>
  <w15:docId w15:val="{FA09D47E-2A76-4342-8B54-73BD5EE7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Lidija Gruber</cp:lastModifiedBy>
  <cp:revision>2</cp:revision>
  <dcterms:created xsi:type="dcterms:W3CDTF">2026-08-30T18:22:00Z</dcterms:created>
  <dcterms:modified xsi:type="dcterms:W3CDTF">2026-08-30T18:22:00Z</dcterms:modified>
  <cp:category/>
</cp:coreProperties>
</file>